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40FE" w14:textId="77777777" w:rsidR="008036A8" w:rsidRDefault="00000000">
      <w:pPr>
        <w:pStyle w:val="Ttulo1"/>
        <w:jc w:val="center"/>
        <w:rPr>
          <w:rFonts w:ascii="Arial" w:hAnsi="Arial" w:cs="Arial"/>
          <w:color w:val="auto"/>
          <w:lang w:val="pt-BR"/>
        </w:rPr>
      </w:pPr>
      <w:r w:rsidRPr="005A7FDF">
        <w:rPr>
          <w:rFonts w:ascii="Arial" w:hAnsi="Arial" w:cs="Arial"/>
          <w:color w:val="auto"/>
          <w:lang w:val="pt-BR"/>
        </w:rPr>
        <w:t>ANEXO – FICHA DE INSCRIÇÃO DA EQUIPE</w:t>
      </w:r>
    </w:p>
    <w:p w14:paraId="165A98F4" w14:textId="77777777" w:rsidR="005A7FDF" w:rsidRPr="005A7FDF" w:rsidRDefault="005A7FDF" w:rsidP="005A7FDF">
      <w:pPr>
        <w:rPr>
          <w:lang w:val="pt-BR"/>
        </w:rPr>
      </w:pPr>
    </w:p>
    <w:p w14:paraId="578E31FB" w14:textId="77777777" w:rsidR="008036A8" w:rsidRPr="005A7FDF" w:rsidRDefault="00000000">
      <w:pPr>
        <w:rPr>
          <w:rFonts w:ascii="Arial" w:hAnsi="Arial" w:cs="Arial"/>
          <w:lang w:val="pt-BR"/>
        </w:rPr>
      </w:pPr>
      <w:r w:rsidRPr="005A7FDF">
        <w:rPr>
          <w:rFonts w:ascii="Arial" w:hAnsi="Arial" w:cs="Arial"/>
          <w:b/>
          <w:lang w:val="pt-BR"/>
        </w:rPr>
        <w:t>BOLA NO PÉ – CIRCUITO ESPORTIVO DE JANGADA E NOVA MARILÂNDIA – MT</w:t>
      </w:r>
    </w:p>
    <w:p w14:paraId="05203EA2" w14:textId="77777777" w:rsidR="008036A8" w:rsidRPr="005A7FDF" w:rsidRDefault="00000000">
      <w:pPr>
        <w:pStyle w:val="Ttulo2"/>
        <w:rPr>
          <w:rFonts w:ascii="Arial" w:hAnsi="Arial" w:cs="Arial"/>
          <w:color w:val="auto"/>
        </w:rPr>
      </w:pPr>
      <w:r w:rsidRPr="005A7FDF">
        <w:rPr>
          <w:rFonts w:ascii="Arial" w:hAnsi="Arial" w:cs="Arial"/>
          <w:color w:val="auto"/>
        </w:rPr>
        <w:t>Dados da Equipe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36A8" w:rsidRPr="005A7FDF" w14:paraId="106EB11F" w14:textId="77777777">
        <w:tc>
          <w:tcPr>
            <w:tcW w:w="4320" w:type="dxa"/>
          </w:tcPr>
          <w:p w14:paraId="410F752A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Nome da Equipe</w:t>
            </w:r>
          </w:p>
        </w:tc>
        <w:tc>
          <w:tcPr>
            <w:tcW w:w="4320" w:type="dxa"/>
          </w:tcPr>
          <w:p w14:paraId="090E9B7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48681B6" w14:textId="77777777">
        <w:tc>
          <w:tcPr>
            <w:tcW w:w="4320" w:type="dxa"/>
          </w:tcPr>
          <w:p w14:paraId="018DAF08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Município</w:t>
            </w:r>
          </w:p>
        </w:tc>
        <w:tc>
          <w:tcPr>
            <w:tcW w:w="4320" w:type="dxa"/>
          </w:tcPr>
          <w:p w14:paraId="3380854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76AA7A9" w14:textId="77777777">
        <w:tc>
          <w:tcPr>
            <w:tcW w:w="4320" w:type="dxa"/>
          </w:tcPr>
          <w:p w14:paraId="172B04F0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Responsável</w:t>
            </w:r>
          </w:p>
        </w:tc>
        <w:tc>
          <w:tcPr>
            <w:tcW w:w="4320" w:type="dxa"/>
          </w:tcPr>
          <w:p w14:paraId="686936D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0AC79AD" w14:textId="77777777">
        <w:tc>
          <w:tcPr>
            <w:tcW w:w="4320" w:type="dxa"/>
          </w:tcPr>
          <w:p w14:paraId="41AEBD0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Telefone</w:t>
            </w:r>
          </w:p>
        </w:tc>
        <w:tc>
          <w:tcPr>
            <w:tcW w:w="4320" w:type="dxa"/>
          </w:tcPr>
          <w:p w14:paraId="6796D66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ECD5584" w14:textId="77777777">
        <w:tc>
          <w:tcPr>
            <w:tcW w:w="4320" w:type="dxa"/>
          </w:tcPr>
          <w:p w14:paraId="13C49B2C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E-mail</w:t>
            </w:r>
          </w:p>
        </w:tc>
        <w:tc>
          <w:tcPr>
            <w:tcW w:w="4320" w:type="dxa"/>
          </w:tcPr>
          <w:p w14:paraId="788198B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46566E1D" w14:textId="2CAA7D9E" w:rsidR="008036A8" w:rsidRPr="005A7FDF" w:rsidRDefault="00000000">
      <w:pPr>
        <w:pStyle w:val="Ttulo2"/>
        <w:rPr>
          <w:rFonts w:ascii="Arial" w:hAnsi="Arial" w:cs="Arial"/>
          <w:color w:val="auto"/>
        </w:rPr>
      </w:pPr>
      <w:r w:rsidRPr="005A7FDF">
        <w:rPr>
          <w:rFonts w:ascii="Arial" w:hAnsi="Arial" w:cs="Arial"/>
          <w:color w:val="auto"/>
        </w:rPr>
        <w:t>Técnico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36A8" w:rsidRPr="005A7FDF" w14:paraId="0F16E9AE" w14:textId="77777777">
        <w:tc>
          <w:tcPr>
            <w:tcW w:w="4320" w:type="dxa"/>
          </w:tcPr>
          <w:p w14:paraId="7CCB1B1C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Nome do Técnico</w:t>
            </w:r>
          </w:p>
        </w:tc>
        <w:tc>
          <w:tcPr>
            <w:tcW w:w="4320" w:type="dxa"/>
          </w:tcPr>
          <w:p w14:paraId="16DBF371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5CEEE3B7" w14:textId="77777777">
        <w:tc>
          <w:tcPr>
            <w:tcW w:w="4320" w:type="dxa"/>
          </w:tcPr>
          <w:p w14:paraId="7D0F7174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Telefone do Técnico</w:t>
            </w:r>
          </w:p>
        </w:tc>
        <w:tc>
          <w:tcPr>
            <w:tcW w:w="4320" w:type="dxa"/>
          </w:tcPr>
          <w:p w14:paraId="548066A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53A2D585" w14:textId="23A1D9FC" w:rsidR="008036A8" w:rsidRPr="005A7FDF" w:rsidRDefault="00000000">
      <w:pPr>
        <w:pStyle w:val="Ttulo2"/>
        <w:rPr>
          <w:rFonts w:ascii="Arial" w:hAnsi="Arial" w:cs="Arial"/>
          <w:color w:val="auto"/>
        </w:rPr>
      </w:pPr>
      <w:r w:rsidRPr="005A7FDF">
        <w:rPr>
          <w:rFonts w:ascii="Arial" w:hAnsi="Arial" w:cs="Arial"/>
          <w:color w:val="auto"/>
        </w:rPr>
        <w:t>Relação dos Atletas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2639"/>
        <w:gridCol w:w="1728"/>
        <w:gridCol w:w="1728"/>
        <w:gridCol w:w="1728"/>
      </w:tblGrid>
      <w:tr w:rsidR="008036A8" w:rsidRPr="005A7FDF" w14:paraId="0F529725" w14:textId="77777777" w:rsidTr="005A7FDF">
        <w:tc>
          <w:tcPr>
            <w:tcW w:w="817" w:type="dxa"/>
          </w:tcPr>
          <w:p w14:paraId="28E63AB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Nº</w:t>
            </w:r>
          </w:p>
        </w:tc>
        <w:tc>
          <w:tcPr>
            <w:tcW w:w="2639" w:type="dxa"/>
          </w:tcPr>
          <w:p w14:paraId="236656F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Nome Completo</w:t>
            </w:r>
          </w:p>
        </w:tc>
        <w:tc>
          <w:tcPr>
            <w:tcW w:w="1728" w:type="dxa"/>
          </w:tcPr>
          <w:p w14:paraId="28222FB2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CPF</w:t>
            </w:r>
          </w:p>
        </w:tc>
        <w:tc>
          <w:tcPr>
            <w:tcW w:w="1728" w:type="dxa"/>
          </w:tcPr>
          <w:p w14:paraId="428C98D4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Data de Nascimento</w:t>
            </w:r>
          </w:p>
        </w:tc>
        <w:tc>
          <w:tcPr>
            <w:tcW w:w="1728" w:type="dxa"/>
          </w:tcPr>
          <w:p w14:paraId="26CFDCB3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Posição</w:t>
            </w:r>
          </w:p>
        </w:tc>
      </w:tr>
      <w:tr w:rsidR="008036A8" w:rsidRPr="005A7FDF" w14:paraId="1229B2C8" w14:textId="77777777" w:rsidTr="005A7FDF">
        <w:tc>
          <w:tcPr>
            <w:tcW w:w="817" w:type="dxa"/>
          </w:tcPr>
          <w:p w14:paraId="6E7D314B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</w:t>
            </w:r>
          </w:p>
        </w:tc>
        <w:tc>
          <w:tcPr>
            <w:tcW w:w="2639" w:type="dxa"/>
          </w:tcPr>
          <w:p w14:paraId="53D8F5B1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56736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096D43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557537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C040742" w14:textId="77777777" w:rsidTr="005A7FDF">
        <w:tc>
          <w:tcPr>
            <w:tcW w:w="817" w:type="dxa"/>
          </w:tcPr>
          <w:p w14:paraId="64BC5F1F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2</w:t>
            </w:r>
          </w:p>
        </w:tc>
        <w:tc>
          <w:tcPr>
            <w:tcW w:w="2639" w:type="dxa"/>
          </w:tcPr>
          <w:p w14:paraId="299A188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7AAEA7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2F1129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6342B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97C343B" w14:textId="77777777" w:rsidTr="005A7FDF">
        <w:tc>
          <w:tcPr>
            <w:tcW w:w="817" w:type="dxa"/>
          </w:tcPr>
          <w:p w14:paraId="1197241B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3</w:t>
            </w:r>
          </w:p>
        </w:tc>
        <w:tc>
          <w:tcPr>
            <w:tcW w:w="2639" w:type="dxa"/>
          </w:tcPr>
          <w:p w14:paraId="6E50CAF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C87578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F366C6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5E97D6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FC98CE6" w14:textId="77777777" w:rsidTr="005A7FDF">
        <w:tc>
          <w:tcPr>
            <w:tcW w:w="817" w:type="dxa"/>
          </w:tcPr>
          <w:p w14:paraId="1CEC792D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4</w:t>
            </w:r>
          </w:p>
        </w:tc>
        <w:tc>
          <w:tcPr>
            <w:tcW w:w="2639" w:type="dxa"/>
          </w:tcPr>
          <w:p w14:paraId="36F1809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9DF51D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75359E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3ADDB7A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98B3A5E" w14:textId="77777777" w:rsidTr="005A7FDF">
        <w:tc>
          <w:tcPr>
            <w:tcW w:w="817" w:type="dxa"/>
          </w:tcPr>
          <w:p w14:paraId="422F022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5</w:t>
            </w:r>
          </w:p>
        </w:tc>
        <w:tc>
          <w:tcPr>
            <w:tcW w:w="2639" w:type="dxa"/>
          </w:tcPr>
          <w:p w14:paraId="2072B7F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C09174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3CE419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AB6955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7BF769F" w14:textId="77777777" w:rsidTr="005A7FDF">
        <w:tc>
          <w:tcPr>
            <w:tcW w:w="817" w:type="dxa"/>
          </w:tcPr>
          <w:p w14:paraId="0D4AD7E2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6</w:t>
            </w:r>
          </w:p>
        </w:tc>
        <w:tc>
          <w:tcPr>
            <w:tcW w:w="2639" w:type="dxa"/>
          </w:tcPr>
          <w:p w14:paraId="0B48A14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5F6EF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430DB9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164EC0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F10098F" w14:textId="77777777" w:rsidTr="005A7FDF">
        <w:tc>
          <w:tcPr>
            <w:tcW w:w="817" w:type="dxa"/>
          </w:tcPr>
          <w:p w14:paraId="3736A6CD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7</w:t>
            </w:r>
          </w:p>
        </w:tc>
        <w:tc>
          <w:tcPr>
            <w:tcW w:w="2639" w:type="dxa"/>
          </w:tcPr>
          <w:p w14:paraId="46A9D5A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770118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71FF3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C58A07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7F6829B9" w14:textId="77777777" w:rsidTr="005A7FDF">
        <w:tc>
          <w:tcPr>
            <w:tcW w:w="817" w:type="dxa"/>
          </w:tcPr>
          <w:p w14:paraId="154B8C1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8</w:t>
            </w:r>
          </w:p>
        </w:tc>
        <w:tc>
          <w:tcPr>
            <w:tcW w:w="2639" w:type="dxa"/>
          </w:tcPr>
          <w:p w14:paraId="0E4B143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153807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B73F9B9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3FF35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6466F2FC" w14:textId="77777777" w:rsidTr="005A7FDF">
        <w:tc>
          <w:tcPr>
            <w:tcW w:w="817" w:type="dxa"/>
          </w:tcPr>
          <w:p w14:paraId="5A159079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9</w:t>
            </w:r>
          </w:p>
        </w:tc>
        <w:tc>
          <w:tcPr>
            <w:tcW w:w="2639" w:type="dxa"/>
          </w:tcPr>
          <w:p w14:paraId="08544BF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4F26286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1BA7FD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C6B6FD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4151F3E0" w14:textId="77777777" w:rsidTr="005A7FDF">
        <w:tc>
          <w:tcPr>
            <w:tcW w:w="817" w:type="dxa"/>
          </w:tcPr>
          <w:p w14:paraId="5C848DA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10</w:t>
            </w:r>
          </w:p>
        </w:tc>
        <w:tc>
          <w:tcPr>
            <w:tcW w:w="2639" w:type="dxa"/>
          </w:tcPr>
          <w:p w14:paraId="643C27C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2CEAF6B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E2C8990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DA6568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1402CC00" w14:textId="77777777" w:rsidTr="005A7FDF">
        <w:tc>
          <w:tcPr>
            <w:tcW w:w="817" w:type="dxa"/>
          </w:tcPr>
          <w:p w14:paraId="00059DC3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11</w:t>
            </w:r>
          </w:p>
        </w:tc>
        <w:tc>
          <w:tcPr>
            <w:tcW w:w="2639" w:type="dxa"/>
          </w:tcPr>
          <w:p w14:paraId="7281FCF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FD228E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C78354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A9FEAE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5BE8E601" w14:textId="77777777" w:rsidTr="005A7FDF">
        <w:tc>
          <w:tcPr>
            <w:tcW w:w="817" w:type="dxa"/>
          </w:tcPr>
          <w:p w14:paraId="4A58E50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12</w:t>
            </w:r>
          </w:p>
        </w:tc>
        <w:tc>
          <w:tcPr>
            <w:tcW w:w="2639" w:type="dxa"/>
          </w:tcPr>
          <w:p w14:paraId="4F5827B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03F9A62E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B68D36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F82119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20DC791A" w14:textId="77777777" w:rsidTr="005A7FDF">
        <w:tc>
          <w:tcPr>
            <w:tcW w:w="817" w:type="dxa"/>
          </w:tcPr>
          <w:p w14:paraId="10CC97A5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13</w:t>
            </w:r>
          </w:p>
        </w:tc>
        <w:tc>
          <w:tcPr>
            <w:tcW w:w="2639" w:type="dxa"/>
          </w:tcPr>
          <w:p w14:paraId="13E26245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EE0B5E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DB01C2A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83553CC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360ADCB0" w14:textId="77777777" w:rsidTr="005A7FDF">
        <w:tc>
          <w:tcPr>
            <w:tcW w:w="817" w:type="dxa"/>
          </w:tcPr>
          <w:p w14:paraId="451E9291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14</w:t>
            </w:r>
          </w:p>
        </w:tc>
        <w:tc>
          <w:tcPr>
            <w:tcW w:w="2639" w:type="dxa"/>
          </w:tcPr>
          <w:p w14:paraId="40E9A063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DBADC6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4A5CDC7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7D4493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  <w:tr w:rsidR="008036A8" w:rsidRPr="005A7FDF" w14:paraId="0C504C22" w14:textId="77777777" w:rsidTr="005A7FDF">
        <w:tc>
          <w:tcPr>
            <w:tcW w:w="817" w:type="dxa"/>
          </w:tcPr>
          <w:p w14:paraId="59C12DDE" w14:textId="77777777" w:rsidR="008036A8" w:rsidRPr="005A7FDF" w:rsidRDefault="00000000">
            <w:pPr>
              <w:rPr>
                <w:rFonts w:ascii="Arial" w:hAnsi="Arial" w:cs="Arial"/>
              </w:rPr>
            </w:pPr>
            <w:r w:rsidRPr="005A7FDF">
              <w:rPr>
                <w:rFonts w:ascii="Arial" w:hAnsi="Arial" w:cs="Arial"/>
              </w:rPr>
              <w:t>15</w:t>
            </w:r>
          </w:p>
        </w:tc>
        <w:tc>
          <w:tcPr>
            <w:tcW w:w="2639" w:type="dxa"/>
          </w:tcPr>
          <w:p w14:paraId="630986F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F8CCD4F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57AD4662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D721304" w14:textId="77777777" w:rsidR="008036A8" w:rsidRPr="005A7FDF" w:rsidRDefault="008036A8">
            <w:pPr>
              <w:rPr>
                <w:rFonts w:ascii="Arial" w:hAnsi="Arial" w:cs="Arial"/>
              </w:rPr>
            </w:pPr>
          </w:p>
        </w:tc>
      </w:tr>
    </w:tbl>
    <w:p w14:paraId="7F85795B" w14:textId="77777777" w:rsidR="008036A8" w:rsidRPr="005A7FDF" w:rsidRDefault="00000000">
      <w:pPr>
        <w:rPr>
          <w:rFonts w:ascii="Arial" w:hAnsi="Arial" w:cs="Arial"/>
          <w:lang w:val="pt-BR"/>
        </w:rPr>
      </w:pPr>
      <w:r w:rsidRPr="005A7FDF">
        <w:rPr>
          <w:rFonts w:ascii="Arial" w:hAnsi="Arial" w:cs="Arial"/>
          <w:lang w:val="pt-BR"/>
        </w:rPr>
        <w:br/>
        <w:t>Declaro que as informações prestadas são verdadeiras e que todos os atletas atendem aos requisitos do regulamento da competição.</w:t>
      </w:r>
    </w:p>
    <w:p w14:paraId="3E8DA36D" w14:textId="1AD5AF9A" w:rsidR="005A7FDF" w:rsidRPr="005A7FDF" w:rsidRDefault="00000000" w:rsidP="005A7FDF">
      <w:pPr>
        <w:rPr>
          <w:rFonts w:ascii="Arial" w:hAnsi="Arial" w:cs="Arial"/>
          <w:lang w:val="pt-BR"/>
        </w:rPr>
      </w:pPr>
      <w:r w:rsidRPr="005A7FDF">
        <w:rPr>
          <w:rFonts w:ascii="Arial" w:hAnsi="Arial" w:cs="Arial"/>
          <w:lang w:val="pt-BR"/>
        </w:rPr>
        <w:br/>
      </w:r>
    </w:p>
    <w:p w14:paraId="5AC360BE" w14:textId="1E722A64" w:rsidR="008036A8" w:rsidRPr="005A7FDF" w:rsidRDefault="008036A8">
      <w:pPr>
        <w:rPr>
          <w:lang w:val="pt-BR"/>
        </w:rPr>
      </w:pPr>
    </w:p>
    <w:sectPr w:rsidR="008036A8" w:rsidRPr="005A7F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589331">
    <w:abstractNumId w:val="8"/>
  </w:num>
  <w:num w:numId="2" w16cid:durableId="606356727">
    <w:abstractNumId w:val="6"/>
  </w:num>
  <w:num w:numId="3" w16cid:durableId="817962222">
    <w:abstractNumId w:val="5"/>
  </w:num>
  <w:num w:numId="4" w16cid:durableId="992222566">
    <w:abstractNumId w:val="4"/>
  </w:num>
  <w:num w:numId="5" w16cid:durableId="1935891169">
    <w:abstractNumId w:val="7"/>
  </w:num>
  <w:num w:numId="6" w16cid:durableId="1015032164">
    <w:abstractNumId w:val="3"/>
  </w:num>
  <w:num w:numId="7" w16cid:durableId="774790119">
    <w:abstractNumId w:val="2"/>
  </w:num>
  <w:num w:numId="8" w16cid:durableId="1127578558">
    <w:abstractNumId w:val="1"/>
  </w:num>
  <w:num w:numId="9" w16cid:durableId="88849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7FDF"/>
    <w:rsid w:val="008036A8"/>
    <w:rsid w:val="008B07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21017"/>
  <w14:defaultImageDpi w14:val="300"/>
  <w15:docId w15:val="{2998FD22-5DC9-4831-A0C8-12CDDCBD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Thais De Carli</cp:lastModifiedBy>
  <cp:revision>2</cp:revision>
  <dcterms:created xsi:type="dcterms:W3CDTF">2013-12-23T23:15:00Z</dcterms:created>
  <dcterms:modified xsi:type="dcterms:W3CDTF">2026-07-08T00:30:00Z</dcterms:modified>
  <cp:category/>
</cp:coreProperties>
</file>